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fill="1F3B5B"/>
        <w:spacing w:after="120"/>
      </w:pPr>
      <w:r>
        <w:rPr>
          <w:sz w:val="4"/>
        </w:rPr>
        <w:t xml:space="preserve"> </w:t>
      </w:r>
    </w:p>
    <w:p>
      <w:pPr>
        <w:spacing w:after="20"/>
      </w:pPr>
      <w:r>
        <w:rPr>
          <w:b/>
          <w:color w:val="1F3B5B"/>
          <w:sz w:val="32"/>
        </w:rPr>
        <w:t>[NAME]</w:t>
      </w:r>
    </w:p>
    <w:p>
      <w:r>
        <w:t>[SUMMARY]</w:t>
      </w:r>
    </w:p>
    <w:p>
      <w:r>
        <w:t>[EMAIL]  |  [PHONE]  |  [LOCATION]  |  [WEBSITE]</w:t>
      </w:r>
    </w:p>
    <w:p>
      <w:pPr>
        <w:spacing w:before="160" w:after="40"/>
        <w:pBdr>
          <w:left w:val="single" w:sz="18" w:space="6" w:color="1F3B5B"/>
        </w:pBdr>
      </w:pPr>
      <w:r>
        <w:rPr>
          <w:b/>
          <w:sz w:val="22"/>
        </w:rPr>
        <w:t xml:space="preserve">  WORK EXPERIENCE</w:t>
      </w:r>
    </w:p>
    <w:p>
      <w:r>
        <w:rPr>
          <w:b/>
        </w:rPr>
        <w:t>[JOB TITLE]</w:t>
      </w:r>
    </w:p>
    <w:p>
      <w:r>
        <w:t>[COMPANY]</w:t>
      </w:r>
    </w:p>
    <w:p>
      <w:r>
        <w:t>[DATE MM/YYYY - MM/YYYY]</w:t>
      </w:r>
    </w:p>
    <w:p>
      <w:pPr>
        <w:spacing w:after="20"/>
      </w:pPr>
      <w:r>
        <w:t>•  [ACCOMPLISHMENT STATEMENT 1 - NOT DUTIES]</w:t>
      </w:r>
    </w:p>
    <w:p>
      <w:pPr>
        <w:spacing w:after="20"/>
      </w:pPr>
      <w:r>
        <w:t>•  [ACCOMPLISHMENT STATEMENT 2 - NOT DUTIES]</w:t>
      </w:r>
    </w:p>
    <w:p>
      <w:pPr>
        <w:spacing w:after="20"/>
      </w:pPr>
      <w:r>
        <w:t>•  [ACCOMPLISHMENT STATEMENT 3 - NOT DUTIES]</w:t>
      </w:r>
    </w:p>
    <w:p>
      <w:r>
        <w:rPr>
          <w:b/>
        </w:rPr>
        <w:t>[JOB TITLE]</w:t>
      </w:r>
    </w:p>
    <w:p>
      <w:r>
        <w:t>[COMPANY]</w:t>
      </w:r>
    </w:p>
    <w:p>
      <w:r>
        <w:t>[DATE MM/YYYY - MM/YYYY]</w:t>
      </w:r>
    </w:p>
    <w:p>
      <w:pPr>
        <w:spacing w:after="20"/>
      </w:pPr>
      <w:r>
        <w:t>•  [ACCOMPLISHMENT STATEMENT 1 - NOT DUTIES]</w:t>
      </w:r>
    </w:p>
    <w:p>
      <w:pPr>
        <w:spacing w:after="20"/>
      </w:pPr>
      <w:r>
        <w:t>•  [ACCOMPLISHMENT STATEMENT 2 - NOT DUTIES]</w:t>
      </w:r>
    </w:p>
    <w:p>
      <w:pPr>
        <w:spacing w:after="20"/>
      </w:pPr>
      <w:r>
        <w:t>•  [ACCOMPLISHMENT STATEMENT 3 - NOT DUTIES]</w:t>
      </w:r>
    </w:p>
    <w:p>
      <w:pPr>
        <w:spacing w:before="160" w:after="40"/>
        <w:pBdr>
          <w:left w:val="single" w:sz="18" w:space="6" w:color="1F3B5B"/>
        </w:pBdr>
      </w:pPr>
      <w:r>
        <w:rPr>
          <w:b/>
          <w:sz w:val="22"/>
        </w:rPr>
        <w:t xml:space="preserve">  EDUCATION</w:t>
      </w:r>
    </w:p>
    <w:p>
      <w:r>
        <w:rPr>
          <w:b/>
        </w:rPr>
        <w:t>[SCHOOL NAME]</w:t>
      </w:r>
    </w:p>
    <w:p>
      <w:r>
        <w:t>[DEGREE &amp; MAJOR] - [YEAR]</w:t>
      </w:r>
    </w:p>
    <w:p>
      <w:pPr>
        <w:spacing w:before="160" w:after="40"/>
        <w:pBdr>
          <w:left w:val="single" w:sz="18" w:space="6" w:color="1F3B5B"/>
        </w:pBdr>
      </w:pPr>
      <w:r>
        <w:rPr>
          <w:b/>
          <w:sz w:val="22"/>
        </w:rPr>
        <w:t xml:space="preserve">  SKILLS</w:t>
      </w:r>
    </w:p>
    <w:p>
      <w:r>
        <w:t>[LIST SKILLS RELATED TO THE JOB]</w:t>
      </w:r>
    </w:p>
    <w:sectPr w:rsidR="00FC693F" w:rsidRPr="0006063C" w:rsidSect="00034616">
      <w:pgSz w:w="12240" w:h="15840"/>
      <w:pgMar w:top="576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JYNX Resume Template – Candidate Resource Center</dc:title>
  <dc:subject>Candidate Resource Center</dc:subject>
  <dc:creator>JYNX Recruiting</dc:creator>
  <cp:keywords>JYNX Recruiting, resume template, ATS</cp:keywords>
  <dc:description>Free for every job seeker. jynxrecruiting.com</dc:description>
  <cp:lastModifiedBy>JYNX Recruiting</cp:lastModifiedBy>
  <cp:revision>1</cp:revision>
  <dcterms:created xsi:type="dcterms:W3CDTF">2026-10-10T11:24:44Z</dcterms:created>
  <dcterms:modified xsi:type="dcterms:W3CDTF">2026-10-10T11:24:44Z</dcterms:modified>
  <cp:category/>
</cp:coreProperties>
</file>