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8A2DFC"/>
          <w:sz w:val="18"/>
        </w:rPr>
        <w:t>JYNX RECRUITING  •  CANDIDATE RESOURCE CENTER</w:t>
      </w:r>
    </w:p>
    <w:p>
      <w:pPr>
        <w:spacing w:after="40"/>
        <w:jc w:val="center"/>
      </w:pPr>
      <w:r>
        <w:rPr>
          <w:rFonts w:ascii="Calibri" w:hAnsi="Calibri"/>
          <w:b/>
          <w:color w:val="1A1A1A"/>
          <w:sz w:val="40"/>
        </w:rPr>
        <w:t>Cover Letter Template</w:t>
      </w:r>
    </w:p>
    <w:p>
      <w:pPr>
        <w:spacing w:after="280"/>
        <w:jc w:val="center"/>
      </w:pPr>
      <w:r>
        <w:rPr>
          <w:rFonts w:ascii="Calibri" w:hAnsi="Calibri"/>
          <w:i/>
          <w:sz w:val="20"/>
        </w:rPr>
        <w:t>Free for every job seeker. No catch.</w:t>
      </w:r>
    </w:p>
    <w:p>
      <w:r>
        <w:rPr>
          <w:rFonts w:ascii="Calibri" w:hAnsi="Calibri"/>
          <w:i/>
          <w:sz w:val="22"/>
        </w:rPr>
        <w:t>A cover letter has one job: make them want to read your resume. Keep it under 250 words. Replace everything in [brackets]. Delete these gray instruction lines before sending.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The Template</w:t>
      </w:r>
    </w:p>
    <w:p>
      <w:r>
        <w:rPr>
          <w:rFonts w:ascii="Calibri" w:hAnsi="Calibri"/>
          <w:i w:val="0"/>
          <w:sz w:val="22"/>
        </w:rPr>
        <w:t>[Your Name]</w:t>
        <w:br/>
        <w:t>[City, Country]  |  [Email]  |  [Phone]</w:t>
      </w:r>
    </w:p>
    <w:p>
      <w:r>
        <w:rPr>
          <w:rFonts w:ascii="Calibri" w:hAnsi="Calibri"/>
          <w:i w:val="0"/>
          <w:sz w:val="22"/>
        </w:rPr>
        <w:t>[Date]</w:t>
      </w:r>
    </w:p>
    <w:p>
      <w:r>
        <w:rPr>
          <w:rFonts w:ascii="Calibri" w:hAnsi="Calibri"/>
          <w:i w:val="0"/>
          <w:sz w:val="22"/>
        </w:rPr>
        <w:t>[Hiring Manager Name or “Hiring Team”]</w:t>
        <w:br/>
        <w:t>[Company Name]</w:t>
      </w:r>
    </w:p>
    <w:p>
      <w:r>
        <w:rPr>
          <w:rFonts w:ascii="Calibri" w:hAnsi="Calibri"/>
          <w:i w:val="0"/>
          <w:sz w:val="22"/>
        </w:rPr>
        <w:t>Re: [Exact Job Title] — Application</w:t>
      </w:r>
    </w:p>
    <w:p>
      <w:pPr>
        <w:spacing w:before="160" w:after="40"/>
      </w:pPr>
      <w:r>
        <w:rPr>
          <w:rFonts w:ascii="Calibri" w:hAnsi="Calibri"/>
          <w:b/>
          <w:sz w:val="22"/>
        </w:rPr>
        <w:t>Paragraph 1 — Why this role (3 lines max)</w:t>
      </w:r>
    </w:p>
    <w:p>
      <w:r>
        <w:rPr>
          <w:rFonts w:ascii="Calibri" w:hAnsi="Calibri"/>
          <w:i/>
          <w:sz w:val="22"/>
        </w:rPr>
        <w:t>I’m applying for the [Job Title] role at [Company]. With [X] years in [your field], including [one standout achievement relevant to this role], I’m excited by [one specific thing about the company or role — show you did homework].</w:t>
      </w:r>
    </w:p>
    <w:p>
      <w:pPr>
        <w:spacing w:before="160" w:after="40"/>
      </w:pPr>
      <w:r>
        <w:rPr>
          <w:rFonts w:ascii="Calibri" w:hAnsi="Calibri"/>
          <w:b/>
          <w:sz w:val="22"/>
        </w:rPr>
        <w:t>Paragraph 2 — Why you (4–5 lines)</w:t>
      </w:r>
    </w:p>
    <w:p>
      <w:r>
        <w:rPr>
          <w:rFonts w:ascii="Calibri" w:hAnsi="Calibri"/>
          <w:i/>
          <w:sz w:val="22"/>
        </w:rPr>
        <w:t>In my current/most recent role as [Title] at [Company], I [achievement with a number]. I also [second relevant achievement]. What I bring to [Company] is [the 2–3 skills from the posting you match best] — backed by [years] of doing exactly that kind of work.</w:t>
      </w:r>
    </w:p>
    <w:p>
      <w:pPr>
        <w:spacing w:before="160" w:after="40"/>
      </w:pPr>
      <w:r>
        <w:rPr>
          <w:rFonts w:ascii="Calibri" w:hAnsi="Calibri"/>
          <w:b/>
          <w:sz w:val="22"/>
        </w:rPr>
        <w:t>Paragraph 3 — The close (2 lines)</w:t>
      </w:r>
    </w:p>
    <w:p>
      <w:r>
        <w:rPr>
          <w:rFonts w:ascii="Calibri" w:hAnsi="Calibri"/>
          <w:i/>
          <w:sz w:val="22"/>
        </w:rPr>
        <w:t>I’d welcome the chance to discuss how I can contribute to [team/company goal]. Thank you for your time and consideration.</w:t>
      </w:r>
    </w:p>
    <w:p>
      <w:r>
        <w:rPr>
          <w:rFonts w:ascii="Calibri" w:hAnsi="Calibri"/>
          <w:i w:val="0"/>
          <w:sz w:val="22"/>
        </w:rPr>
        <w:t>Sincerely,</w:t>
        <w:br/>
        <w:t>[Your Name]</w:t>
      </w:r>
    </w:p>
    <w:p>
      <w:pPr>
        <w:spacing w:before="240" w:after="80"/>
      </w:pPr>
      <w:r>
        <w:rPr>
          <w:rFonts w:ascii="Calibri" w:hAnsi="Calibri"/>
          <w:b/>
          <w:color w:val="8A2DFC"/>
          <w:sz w:val="26"/>
        </w:rPr>
        <w:t>Rules that matter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Short. </w:t>
      </w:r>
      <w:r>
        <w:rPr>
          <w:rFonts w:ascii="Calibri" w:hAnsi="Calibri"/>
          <w:sz w:val="22"/>
        </w:rPr>
        <w:t>Never exceed one page. Half a page is ideal.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Keyword-match. </w:t>
      </w:r>
      <w:r>
        <w:rPr>
          <w:rFonts w:ascii="Calibri" w:hAnsi="Calibri"/>
          <w:sz w:val="22"/>
        </w:rPr>
        <w:t>Mirror 2–3 phrases from the job posting — it shows fit and helps with screening.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No filler. </w:t>
      </w:r>
      <w:r>
        <w:rPr>
          <w:rFonts w:ascii="Calibri" w:hAnsi="Calibri"/>
          <w:sz w:val="22"/>
        </w:rPr>
        <w:t>“I’m a hard worker and fast learner” says nothing. One specific achievement says everything.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A name. </w:t>
      </w:r>
      <w:r>
        <w:rPr>
          <w:rFonts w:ascii="Calibri" w:hAnsi="Calibri"/>
          <w:sz w:val="22"/>
        </w:rPr>
        <w:t>If you can find the hiring manager’s name, use it. “Dear Hiring Team” beats “To Whom It May Concern”.</w:t>
      </w:r>
    </w:p>
    <w:p>
      <w:pPr>
        <w:pStyle w:val="ListBullet"/>
        <w:spacing w:after="60"/>
      </w:pPr>
      <w:r>
        <w:rPr>
          <w:rFonts w:ascii="Calibri" w:hAnsi="Calibri"/>
          <w:b/>
          <w:sz w:val="22"/>
        </w:rPr>
        <w:t xml:space="preserve">PDF. </w:t>
      </w:r>
      <w:r>
        <w:rPr>
          <w:rFonts w:ascii="Calibri" w:hAnsi="Calibri"/>
          <w:sz w:val="22"/>
        </w:rPr>
        <w:t>Save and send as PDF unless they ask for Word.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 – JYNX Candidate Resource Center</dc:title>
  <dc:subject>Candidate Resource Center</dc:subject>
  <dc:creator>JYNX Recruiting</dc:creator>
  <cp:keywords>JYNX Recruiting, job search, candidate resources</cp:keywords>
  <dc:description>Free for every job seeker. jynxrecruiting.com</dc:description>
  <cp:lastModifiedBy>JYNX Recruiting</cp:lastModifiedBy>
  <cp:revision>1</cp:revision>
  <dcterms:created xsi:type="dcterms:W3CDTF">2026-10-10T16:21:12Z</dcterms:created>
  <dcterms:modified xsi:type="dcterms:W3CDTF">2026-10-10T16:21:12Z</dcterms:modified>
  <cp:category/>
</cp:coreProperties>
</file>